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94A" w:rsidRPr="006F794A" w:rsidRDefault="006F794A" w:rsidP="006F794A">
      <w:pPr>
        <w:spacing w:after="0" w:line="360" w:lineRule="auto"/>
        <w:jc w:val="right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PASSPORT SIZE PHOTO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No. ______</w:t>
      </w:r>
    </w:p>
    <w:p w:rsidR="006F794A" w:rsidRPr="007B5E38" w:rsidRDefault="006F794A" w:rsidP="00F218BE">
      <w:pPr>
        <w:spacing w:after="0" w:line="360" w:lineRule="auto"/>
        <w:jc w:val="center"/>
        <w:rPr>
          <w:rFonts w:eastAsiaTheme="majorEastAsia" w:cs="Times New Roman"/>
          <w:b/>
          <w:bCs/>
          <w:color w:val="000000" w:themeColor="text1"/>
          <w:sz w:val="36"/>
          <w:szCs w:val="36"/>
        </w:rPr>
      </w:pPr>
      <w:r w:rsidRPr="007B5E38">
        <w:rPr>
          <w:rFonts w:eastAsiaTheme="majorEastAsia" w:cs="Times New Roman"/>
          <w:b/>
          <w:bCs/>
          <w:color w:val="000000" w:themeColor="text1"/>
          <w:sz w:val="36"/>
          <w:szCs w:val="36"/>
        </w:rPr>
        <w:t xml:space="preserve">THE BAR ASSOCIATION </w:t>
      </w:r>
      <w:r w:rsidR="007B5E38" w:rsidRPr="007B5E38">
        <w:rPr>
          <w:rFonts w:eastAsiaTheme="majorEastAsia" w:cs="Times New Roman"/>
          <w:b/>
          <w:bCs/>
          <w:color w:val="000000" w:themeColor="text1"/>
          <w:sz w:val="36"/>
          <w:szCs w:val="36"/>
        </w:rPr>
        <w:t>BAGRU</w:t>
      </w:r>
    </w:p>
    <w:p w:rsidR="006F794A" w:rsidRPr="006F794A" w:rsidRDefault="007B5E38" w:rsidP="00F218BE">
      <w:pPr>
        <w:spacing w:after="0" w:line="360" w:lineRule="auto"/>
        <w:jc w:val="center"/>
        <w:rPr>
          <w:rFonts w:eastAsiaTheme="majorEastAsia" w:cs="Times New Roman"/>
          <w:b/>
          <w:bCs/>
          <w:color w:val="000000" w:themeColor="text1"/>
          <w:sz w:val="24"/>
          <w:szCs w:val="24"/>
        </w:rPr>
      </w:pPr>
      <w:r>
        <w:rPr>
          <w:rFonts w:eastAsiaTheme="majorEastAsia" w:cs="Times New Roman"/>
          <w:b/>
          <w:bCs/>
          <w:color w:val="000000" w:themeColor="text1"/>
          <w:sz w:val="24"/>
          <w:szCs w:val="24"/>
        </w:rPr>
        <w:t>COURT COMPLEX BAGRU, JAIPUR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To,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ab/>
      </w:r>
    </w:p>
    <w:p w:rsidR="006F794A" w:rsidRPr="006F794A" w:rsidRDefault="006F794A" w:rsidP="00F218BE">
      <w:pPr>
        <w:spacing w:after="0" w:line="360" w:lineRule="auto"/>
        <w:ind w:firstLine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The General Secretary,</w:t>
      </w:r>
    </w:p>
    <w:p w:rsidR="006F794A" w:rsidRPr="006F794A" w:rsidRDefault="006F794A" w:rsidP="00F218BE">
      <w:pPr>
        <w:spacing w:after="0" w:line="360" w:lineRule="auto"/>
        <w:ind w:firstLine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The Bar Association,</w:t>
      </w:r>
    </w:p>
    <w:p w:rsidR="006F794A" w:rsidRPr="006F794A" w:rsidRDefault="006F794A" w:rsidP="00F218BE">
      <w:pPr>
        <w:spacing w:after="0" w:line="360" w:lineRule="auto"/>
        <w:ind w:firstLine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proofErr w:type="spellStart"/>
      <w:r w:rsidRPr="006F794A">
        <w:rPr>
          <w:rFonts w:eastAsiaTheme="majorEastAsia" w:cs="Times New Roman"/>
          <w:color w:val="000000" w:themeColor="text1"/>
          <w:sz w:val="24"/>
          <w:szCs w:val="24"/>
        </w:rPr>
        <w:t>Bagru</w:t>
      </w:r>
      <w:proofErr w:type="spellEnd"/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, 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>JAIPUR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Dear Sir,</w:t>
      </w:r>
    </w:p>
    <w:p w:rsidR="006F794A" w:rsidRPr="006F794A" w:rsidRDefault="006F794A" w:rsidP="00F218BE">
      <w:pPr>
        <w:spacing w:after="0" w:line="360" w:lineRule="auto"/>
        <w:ind w:firstLine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I have been enrolled as an Advocate on __________________________ in The Bar Council of Rajasthan. My enrolment number is __________________________.</w:t>
      </w:r>
    </w:p>
    <w:p w:rsidR="006F794A" w:rsidRPr="006F794A" w:rsidRDefault="006F794A" w:rsidP="00F218BE">
      <w:pPr>
        <w:spacing w:after="0" w:line="360" w:lineRule="auto"/>
        <w:ind w:firstLine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I desire to be enrolled as a member of The Bar Association Jaipur. I am depositing herewith Rs.1000/- as admission fee and Rs.15/- for Library fee and Rs.10/- as monthly subscription of regular / ________ / of a non-resident membership.</w:t>
      </w:r>
    </w:p>
    <w:p w:rsidR="006F794A" w:rsidRPr="006F794A" w:rsidRDefault="006F794A" w:rsidP="00F218BE">
      <w:pPr>
        <w:spacing w:after="0" w:line="360" w:lineRule="auto"/>
        <w:ind w:firstLine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I have read the bye-laws and rules of the Association and do hereby declare that I shall abide by the same.</w:t>
      </w:r>
    </w:p>
    <w:p w:rsidR="006F794A" w:rsidRPr="006F794A" w:rsidRDefault="006F794A" w:rsidP="00F218BE">
      <w:pPr>
        <w:spacing w:after="0" w:line="360" w:lineRule="auto"/>
        <w:ind w:firstLine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Please </w:t>
      </w:r>
      <w:proofErr w:type="spellStart"/>
      <w:r w:rsidRPr="006F794A">
        <w:rPr>
          <w:rFonts w:eastAsiaTheme="majorEastAsia" w:cs="Times New Roman"/>
          <w:color w:val="000000" w:themeColor="text1"/>
          <w:sz w:val="24"/>
          <w:szCs w:val="24"/>
        </w:rPr>
        <w:t>enrol</w:t>
      </w:r>
      <w:proofErr w:type="spellEnd"/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 me as a member of the Bar Association from __________________ oblige.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00"/>
        <w:gridCol w:w="4330"/>
      </w:tblGrid>
      <w:tr w:rsidR="006F794A" w:rsidRPr="006F794A" w:rsidTr="006F794A">
        <w:tc>
          <w:tcPr>
            <w:tcW w:w="4428" w:type="dxa"/>
          </w:tcPr>
          <w:p w:rsidR="006F794A" w:rsidRPr="006F794A" w:rsidRDefault="006F794A" w:rsidP="00F218BE">
            <w:pPr>
              <w:spacing w:line="360" w:lineRule="auto"/>
              <w:jc w:val="both"/>
              <w:rPr>
                <w:rFonts w:eastAsiaTheme="majorEastAsia" w:cs="Times New Roman"/>
                <w:color w:val="000000" w:themeColor="text1"/>
                <w:sz w:val="24"/>
                <w:szCs w:val="24"/>
              </w:rPr>
            </w:pPr>
            <w:r w:rsidRPr="006F794A"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>Date __________________</w:t>
            </w:r>
          </w:p>
          <w:p w:rsidR="006F794A" w:rsidRPr="006F794A" w:rsidRDefault="006F794A" w:rsidP="00F218BE">
            <w:pPr>
              <w:spacing w:line="360" w:lineRule="auto"/>
              <w:jc w:val="both"/>
              <w:rPr>
                <w:rFonts w:eastAsiaTheme="majorEastAsia" w:cs="Times New Roman"/>
                <w:color w:val="000000" w:themeColor="text1"/>
                <w:sz w:val="24"/>
                <w:szCs w:val="24"/>
              </w:rPr>
            </w:pPr>
          </w:p>
          <w:p w:rsidR="006F794A" w:rsidRPr="006F794A" w:rsidRDefault="006F794A" w:rsidP="00F218BE">
            <w:pPr>
              <w:spacing w:line="360" w:lineRule="auto"/>
              <w:jc w:val="both"/>
              <w:rPr>
                <w:rFonts w:eastAsiaTheme="majorEastAsia" w:cs="Times New Roman"/>
                <w:color w:val="000000" w:themeColor="text1"/>
                <w:sz w:val="24"/>
                <w:szCs w:val="24"/>
              </w:rPr>
            </w:pPr>
            <w:r w:rsidRPr="006F794A"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>Recommended by</w:t>
            </w:r>
          </w:p>
          <w:p w:rsidR="006F794A" w:rsidRPr="006F794A" w:rsidRDefault="006F794A" w:rsidP="00F218BE">
            <w:pPr>
              <w:spacing w:line="360" w:lineRule="auto"/>
              <w:jc w:val="both"/>
              <w:rPr>
                <w:rFonts w:eastAsiaTheme="maj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8" w:type="dxa"/>
          </w:tcPr>
          <w:p w:rsidR="006F794A" w:rsidRPr="006F794A" w:rsidRDefault="006F794A" w:rsidP="00F218BE">
            <w:pPr>
              <w:spacing w:line="360" w:lineRule="auto"/>
              <w:jc w:val="both"/>
              <w:rPr>
                <w:rFonts w:eastAsiaTheme="majorEastAsia" w:cs="Times New Roman"/>
                <w:color w:val="000000" w:themeColor="text1"/>
                <w:sz w:val="24"/>
                <w:szCs w:val="24"/>
              </w:rPr>
            </w:pPr>
            <w:r w:rsidRPr="006F794A"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>1</w:t>
            </w:r>
            <w:r w:rsidRPr="006F794A"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>.Na</w:t>
            </w:r>
            <w:r w:rsidRPr="006F794A"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>me ______________________</w:t>
            </w:r>
          </w:p>
          <w:p w:rsidR="006F794A" w:rsidRPr="006F794A" w:rsidRDefault="006F794A" w:rsidP="00F218BE">
            <w:pPr>
              <w:spacing w:line="360" w:lineRule="auto"/>
              <w:jc w:val="both"/>
              <w:rPr>
                <w:rFonts w:eastAsiaTheme="majorEastAsia" w:cs="Times New Roman"/>
                <w:color w:val="000000" w:themeColor="text1"/>
                <w:sz w:val="24"/>
                <w:szCs w:val="24"/>
              </w:rPr>
            </w:pPr>
            <w:r w:rsidRPr="006F794A"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>(IN CAPITAL LETTERS)</w:t>
            </w:r>
          </w:p>
          <w:p w:rsidR="006F794A" w:rsidRPr="006F794A" w:rsidRDefault="006F794A" w:rsidP="00F218BE">
            <w:pPr>
              <w:spacing w:line="360" w:lineRule="auto"/>
              <w:jc w:val="both"/>
              <w:rPr>
                <w:rFonts w:eastAsiaTheme="majorEastAsia" w:cs="Times New Roman"/>
                <w:color w:val="000000" w:themeColor="text1"/>
                <w:sz w:val="24"/>
                <w:szCs w:val="24"/>
              </w:rPr>
            </w:pPr>
            <w:r w:rsidRPr="006F794A"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>4. Father's Name ________________</w:t>
            </w:r>
          </w:p>
          <w:p w:rsidR="006F794A" w:rsidRPr="006F794A" w:rsidRDefault="006F794A" w:rsidP="00F218BE">
            <w:pPr>
              <w:spacing w:line="360" w:lineRule="auto"/>
              <w:jc w:val="both"/>
              <w:rPr>
                <w:rFonts w:eastAsiaTheme="majorEastAsia" w:cs="Times New Roman"/>
                <w:color w:val="000000" w:themeColor="text1"/>
                <w:sz w:val="24"/>
                <w:szCs w:val="24"/>
              </w:rPr>
            </w:pPr>
          </w:p>
          <w:p w:rsidR="006F794A" w:rsidRPr="006F794A" w:rsidRDefault="006F794A" w:rsidP="00F218BE">
            <w:pPr>
              <w:spacing w:line="360" w:lineRule="auto"/>
              <w:jc w:val="both"/>
              <w:rPr>
                <w:rFonts w:eastAsiaTheme="majorEastAsia" w:cs="Times New Roman"/>
                <w:color w:val="000000" w:themeColor="text1"/>
                <w:sz w:val="24"/>
                <w:szCs w:val="24"/>
              </w:rPr>
            </w:pPr>
            <w:r w:rsidRPr="006F794A"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>5. Date of Birth ______________</w:t>
            </w:r>
          </w:p>
          <w:p w:rsidR="006F794A" w:rsidRPr="006F794A" w:rsidRDefault="006F794A" w:rsidP="00F218BE">
            <w:pPr>
              <w:spacing w:line="360" w:lineRule="auto"/>
              <w:jc w:val="both"/>
              <w:rPr>
                <w:rFonts w:eastAsiaTheme="majorEastAsia" w:cs="Times New Roman"/>
                <w:color w:val="000000" w:themeColor="text1"/>
                <w:sz w:val="24"/>
                <w:szCs w:val="24"/>
              </w:rPr>
            </w:pPr>
            <w:r w:rsidRPr="006F794A"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>6. Sit in Court Campus __________</w:t>
            </w:r>
          </w:p>
        </w:tc>
      </w:tr>
    </w:tbl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1.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2.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ab/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ab/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ab/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ab/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ab/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ab/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ab/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ab/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>SIGNATURE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Permanent postal address with Education Qualifications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Local Address and Telephone No. __________________________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proofErr w:type="gramStart"/>
      <w:r w:rsidRPr="006F794A">
        <w:rPr>
          <w:rFonts w:eastAsiaTheme="majorEastAsia" w:cs="Times New Roman"/>
          <w:color w:val="000000" w:themeColor="text1"/>
          <w:sz w:val="24"/>
          <w:szCs w:val="24"/>
        </w:rPr>
        <w:t>NOTE :</w:t>
      </w:r>
      <w:proofErr w:type="gramEnd"/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 Enclosed Advocate Certificate form ________________________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proofErr w:type="spellStart"/>
      <w:r w:rsidRPr="006F794A">
        <w:rPr>
          <w:rFonts w:eastAsiaTheme="majorEastAsia" w:cs="Times New Roman"/>
          <w:color w:val="000000" w:themeColor="text1"/>
          <w:sz w:val="24"/>
          <w:szCs w:val="24"/>
        </w:rPr>
        <w:t>Rs</w:t>
      </w:r>
      <w:proofErr w:type="spellEnd"/>
      <w:r w:rsidRPr="006F794A">
        <w:rPr>
          <w:rFonts w:eastAsiaTheme="majorEastAsia" w:cs="Times New Roman"/>
          <w:color w:val="000000" w:themeColor="text1"/>
          <w:sz w:val="24"/>
          <w:szCs w:val="24"/>
        </w:rPr>
        <w:t>. 10/-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F218BE" w:rsidRDefault="00F218BE" w:rsidP="00F218BE">
      <w:pPr>
        <w:spacing w:line="360" w:lineRule="auto"/>
        <w:rPr>
          <w:rFonts w:eastAsiaTheme="majorEastAsia" w:cs="Times New Roman"/>
          <w:b/>
          <w:bCs/>
          <w:color w:val="000000" w:themeColor="text1"/>
          <w:sz w:val="36"/>
          <w:szCs w:val="36"/>
        </w:rPr>
      </w:pPr>
      <w:r>
        <w:rPr>
          <w:rFonts w:eastAsiaTheme="majorEastAsia" w:cs="Times New Roman"/>
          <w:b/>
          <w:bCs/>
          <w:color w:val="000000" w:themeColor="text1"/>
          <w:sz w:val="36"/>
          <w:szCs w:val="36"/>
        </w:rPr>
        <w:br w:type="page"/>
      </w:r>
    </w:p>
    <w:p w:rsidR="00F218BE" w:rsidRDefault="00F218BE" w:rsidP="007B5E38">
      <w:pPr>
        <w:spacing w:after="0" w:line="360" w:lineRule="auto"/>
        <w:jc w:val="center"/>
        <w:rPr>
          <w:rFonts w:eastAsiaTheme="majorEastAsia" w:cs="Times New Roman"/>
          <w:b/>
          <w:bCs/>
          <w:color w:val="000000" w:themeColor="text1"/>
          <w:sz w:val="36"/>
          <w:szCs w:val="36"/>
        </w:rPr>
      </w:pPr>
    </w:p>
    <w:p w:rsidR="00F218BE" w:rsidRDefault="00F218BE" w:rsidP="007B5E38">
      <w:pPr>
        <w:spacing w:after="0" w:line="360" w:lineRule="auto"/>
        <w:jc w:val="center"/>
        <w:rPr>
          <w:rFonts w:eastAsiaTheme="majorEastAsia" w:cs="Times New Roman"/>
          <w:b/>
          <w:bCs/>
          <w:color w:val="000000" w:themeColor="text1"/>
          <w:sz w:val="36"/>
          <w:szCs w:val="36"/>
        </w:rPr>
      </w:pPr>
    </w:p>
    <w:p w:rsidR="00F218BE" w:rsidRDefault="00F218BE" w:rsidP="007B5E38">
      <w:pPr>
        <w:spacing w:after="0" w:line="360" w:lineRule="auto"/>
        <w:jc w:val="center"/>
        <w:rPr>
          <w:rFonts w:eastAsiaTheme="majorEastAsia" w:cs="Times New Roman"/>
          <w:b/>
          <w:bCs/>
          <w:color w:val="000000" w:themeColor="text1"/>
          <w:sz w:val="36"/>
          <w:szCs w:val="36"/>
        </w:rPr>
      </w:pPr>
    </w:p>
    <w:p w:rsidR="00F218BE" w:rsidRDefault="00F218BE" w:rsidP="007B5E38">
      <w:pPr>
        <w:spacing w:after="0" w:line="360" w:lineRule="auto"/>
        <w:jc w:val="center"/>
        <w:rPr>
          <w:rFonts w:eastAsiaTheme="majorEastAsia" w:cs="Times New Roman"/>
          <w:b/>
          <w:bCs/>
          <w:color w:val="000000" w:themeColor="text1"/>
          <w:sz w:val="36"/>
          <w:szCs w:val="36"/>
        </w:rPr>
      </w:pPr>
    </w:p>
    <w:p w:rsidR="007B5E38" w:rsidRPr="007B5E38" w:rsidRDefault="007B5E38" w:rsidP="007B5E38">
      <w:pPr>
        <w:spacing w:after="0" w:line="360" w:lineRule="auto"/>
        <w:jc w:val="center"/>
        <w:rPr>
          <w:rFonts w:eastAsiaTheme="majorEastAsia" w:cs="Times New Roman"/>
          <w:b/>
          <w:bCs/>
          <w:color w:val="000000" w:themeColor="text1"/>
          <w:sz w:val="36"/>
          <w:szCs w:val="36"/>
        </w:rPr>
      </w:pPr>
      <w:r w:rsidRPr="007B5E38">
        <w:rPr>
          <w:rFonts w:eastAsiaTheme="majorEastAsia" w:cs="Times New Roman"/>
          <w:b/>
          <w:bCs/>
          <w:color w:val="000000" w:themeColor="text1"/>
          <w:sz w:val="36"/>
          <w:szCs w:val="36"/>
        </w:rPr>
        <w:t>THE BAR ASSOCIATION BAGRU</w:t>
      </w:r>
    </w:p>
    <w:p w:rsidR="007B5E38" w:rsidRPr="006F794A" w:rsidRDefault="007B5E38" w:rsidP="007B5E38">
      <w:pPr>
        <w:spacing w:after="0" w:line="360" w:lineRule="auto"/>
        <w:jc w:val="center"/>
        <w:rPr>
          <w:rFonts w:eastAsiaTheme="majorEastAsia" w:cs="Times New Roman"/>
          <w:b/>
          <w:bCs/>
          <w:color w:val="000000" w:themeColor="text1"/>
          <w:sz w:val="24"/>
          <w:szCs w:val="24"/>
        </w:rPr>
      </w:pPr>
      <w:r>
        <w:rPr>
          <w:rFonts w:eastAsiaTheme="majorEastAsia" w:cs="Times New Roman"/>
          <w:b/>
          <w:bCs/>
          <w:color w:val="000000" w:themeColor="text1"/>
          <w:sz w:val="24"/>
          <w:szCs w:val="24"/>
        </w:rPr>
        <w:t>COURT COMPLEX BAGRU, JAIPUR</w:t>
      </w:r>
    </w:p>
    <w:p w:rsidR="007B5E38" w:rsidRPr="006F794A" w:rsidRDefault="007B5E38" w:rsidP="007B5E38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:rsidR="006F794A" w:rsidRPr="007B5E38" w:rsidRDefault="006F794A" w:rsidP="007B5E38">
      <w:pPr>
        <w:spacing w:after="0" w:line="360" w:lineRule="auto"/>
        <w:jc w:val="center"/>
        <w:rPr>
          <w:rFonts w:eastAsiaTheme="majorEastAsia" w:cs="Times New Roman"/>
          <w:b/>
          <w:bCs/>
          <w:color w:val="000000" w:themeColor="text1"/>
          <w:sz w:val="24"/>
          <w:szCs w:val="24"/>
        </w:rPr>
      </w:pPr>
      <w:r w:rsidRPr="007B5E38">
        <w:rPr>
          <w:rFonts w:eastAsiaTheme="majorEastAsia" w:cs="Times New Roman"/>
          <w:b/>
          <w:bCs/>
          <w:color w:val="000000" w:themeColor="text1"/>
          <w:sz w:val="24"/>
          <w:szCs w:val="24"/>
        </w:rPr>
        <w:t>ADVOCATE'S IDENTITY CARD</w:t>
      </w:r>
    </w:p>
    <w:p w:rsidR="006F794A" w:rsidRPr="006F794A" w:rsidRDefault="006F794A" w:rsidP="006F794A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NAME</w:t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6F794A" w:rsidRPr="006F794A" w:rsidRDefault="006F794A" w:rsidP="006F794A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FATHER'S NAME</w:t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6F794A" w:rsidRPr="006F794A" w:rsidRDefault="006F794A" w:rsidP="006F794A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DATE OF BIRTH</w:t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6F794A" w:rsidRPr="006F794A" w:rsidRDefault="006F794A" w:rsidP="006F794A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ADDRESS</w:t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6F794A" w:rsidRPr="006F794A" w:rsidRDefault="006F794A" w:rsidP="006F794A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PHONE</w:t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6F794A" w:rsidRPr="006F794A" w:rsidRDefault="006F794A" w:rsidP="006F794A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ENR. NO. R </w:t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6F794A" w:rsidRPr="006F794A" w:rsidRDefault="006F794A" w:rsidP="006F794A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M.S. NO. </w:t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6F794A" w:rsidRPr="006F794A" w:rsidRDefault="006F794A" w:rsidP="006F794A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BLOOD GROUP</w:t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7B5E38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6F794A" w:rsidRPr="006F794A" w:rsidRDefault="006F794A" w:rsidP="006F794A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:rsidR="006F794A" w:rsidRPr="006F794A" w:rsidRDefault="006F794A" w:rsidP="007B5E38">
      <w:pPr>
        <w:spacing w:after="0" w:line="360" w:lineRule="auto"/>
        <w:jc w:val="right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Holder's Sign.</w:t>
      </w:r>
    </w:p>
    <w:p w:rsidR="007B5E38" w:rsidRDefault="007B5E38">
      <w:pPr>
        <w:rPr>
          <w:rFonts w:eastAsiaTheme="majorEastAsia" w:cs="Times New Roman"/>
          <w:color w:val="000000" w:themeColor="text1"/>
          <w:sz w:val="24"/>
          <w:szCs w:val="24"/>
        </w:rPr>
      </w:pPr>
      <w:r>
        <w:rPr>
          <w:rFonts w:eastAsiaTheme="majorEastAsia" w:cs="Times New Roman"/>
          <w:color w:val="000000" w:themeColor="text1"/>
          <w:sz w:val="24"/>
          <w:szCs w:val="24"/>
        </w:rPr>
        <w:br w:type="page"/>
      </w:r>
    </w:p>
    <w:p w:rsidR="006F794A" w:rsidRPr="00331E80" w:rsidRDefault="00331E80" w:rsidP="00F218BE">
      <w:pPr>
        <w:spacing w:after="0"/>
        <w:ind w:right="-1530" w:hanging="810"/>
        <w:jc w:val="center"/>
        <w:rPr>
          <w:rFonts w:eastAsiaTheme="majorEastAsia" w:cs="Times New Roman"/>
          <w:b/>
          <w:bCs/>
          <w:color w:val="000000" w:themeColor="text1"/>
          <w:sz w:val="42"/>
          <w:szCs w:val="42"/>
        </w:rPr>
      </w:pPr>
      <w:r w:rsidRPr="00331E80">
        <w:rPr>
          <w:rFonts w:eastAsiaTheme="majorEastAsia" w:cs="Times New Roman"/>
          <w:b/>
          <w:bCs/>
          <w:color w:val="000000" w:themeColor="text1"/>
          <w:sz w:val="30"/>
          <w:szCs w:val="30"/>
        </w:rPr>
        <w:lastRenderedPageBreak/>
        <w:t>THE BAR ASSOCIATION BAGRU</w:t>
      </w:r>
      <w:r w:rsidRPr="00331E80">
        <w:rPr>
          <w:rFonts w:eastAsiaTheme="majorEastAsia" w:cs="Times New Roman"/>
          <w:b/>
          <w:bCs/>
          <w:color w:val="000000" w:themeColor="text1"/>
          <w:sz w:val="42"/>
          <w:szCs w:val="42"/>
        </w:rPr>
        <w:t xml:space="preserve"> </w:t>
      </w:r>
      <w:r w:rsidR="006F794A" w:rsidRPr="00331E80">
        <w:rPr>
          <w:rFonts w:eastAsiaTheme="majorEastAsia" w:cs="Times New Roman"/>
          <w:b/>
          <w:bCs/>
          <w:color w:val="000000" w:themeColor="text1"/>
          <w:sz w:val="30"/>
          <w:szCs w:val="30"/>
        </w:rPr>
        <w:t>ADVOCATES WELFARE FUND SOCIETY</w:t>
      </w:r>
    </w:p>
    <w:p w:rsidR="006F794A" w:rsidRPr="006F794A" w:rsidRDefault="006F794A" w:rsidP="00F218BE">
      <w:pPr>
        <w:spacing w:after="0"/>
        <w:jc w:val="right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(The Bar Association </w:t>
      </w:r>
      <w:proofErr w:type="spellStart"/>
      <w:r w:rsidR="00331E80">
        <w:rPr>
          <w:rFonts w:eastAsiaTheme="majorEastAsia" w:cs="Times New Roman"/>
          <w:color w:val="000000" w:themeColor="text1"/>
          <w:sz w:val="24"/>
          <w:szCs w:val="24"/>
        </w:rPr>
        <w:t>Bagru</w:t>
      </w:r>
      <w:proofErr w:type="spellEnd"/>
      <w:r w:rsidR="00331E80">
        <w:rPr>
          <w:rFonts w:eastAsiaTheme="majorEastAsia" w:cs="Times New Roman"/>
          <w:color w:val="000000" w:themeColor="text1"/>
          <w:sz w:val="24"/>
          <w:szCs w:val="24"/>
        </w:rPr>
        <w:t xml:space="preserve">, 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Jaipur, 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 xml:space="preserve">Court Complex </w:t>
      </w:r>
      <w:proofErr w:type="spellStart"/>
      <w:r w:rsidR="00331E80">
        <w:rPr>
          <w:rFonts w:eastAsiaTheme="majorEastAsia" w:cs="Times New Roman"/>
          <w:color w:val="000000" w:themeColor="text1"/>
          <w:sz w:val="24"/>
          <w:szCs w:val="24"/>
        </w:rPr>
        <w:t>Bagru</w:t>
      </w:r>
      <w:proofErr w:type="spellEnd"/>
      <w:r w:rsidRPr="006F794A">
        <w:rPr>
          <w:rFonts w:eastAsiaTheme="majorEastAsia" w:cs="Times New Roman"/>
          <w:color w:val="000000" w:themeColor="text1"/>
          <w:sz w:val="24"/>
          <w:szCs w:val="24"/>
        </w:rPr>
        <w:t>, Jaipur-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303007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>)</w:t>
      </w:r>
    </w:p>
    <w:p w:rsidR="006F794A" w:rsidRPr="006F794A" w:rsidRDefault="006F794A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:rsidR="006F794A" w:rsidRPr="006F794A" w:rsidRDefault="006F794A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To,</w:t>
      </w:r>
    </w:p>
    <w:p w:rsidR="006F794A" w:rsidRPr="006F794A" w:rsidRDefault="006F794A" w:rsidP="00F218BE">
      <w:pPr>
        <w:spacing w:after="0"/>
        <w:ind w:firstLine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The General Secretary (Ex-officio),</w:t>
      </w:r>
    </w:p>
    <w:p w:rsidR="006F794A" w:rsidRPr="006F794A" w:rsidRDefault="006F794A" w:rsidP="00F218BE">
      <w:pPr>
        <w:spacing w:after="0"/>
        <w:ind w:left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The Bar Association Jaipur, Advocates Welfare Fund Society,</w:t>
      </w:r>
    </w:p>
    <w:p w:rsidR="00331E80" w:rsidRPr="00331E80" w:rsidRDefault="00331E80" w:rsidP="00F218BE">
      <w:pPr>
        <w:spacing w:after="0"/>
        <w:jc w:val="both"/>
        <w:rPr>
          <w:rFonts w:eastAsiaTheme="majorEastAsia" w:cs="Times New Roman"/>
          <w:b/>
          <w:bCs/>
          <w:color w:val="000000" w:themeColor="text1"/>
          <w:sz w:val="24"/>
          <w:szCs w:val="24"/>
        </w:rPr>
      </w:pPr>
      <w:r w:rsidRPr="00331E80">
        <w:rPr>
          <w:rFonts w:eastAsiaTheme="majorEastAsia" w:cs="Times New Roman"/>
          <w:b/>
          <w:bCs/>
          <w:color w:val="000000" w:themeColor="text1"/>
          <w:sz w:val="24"/>
          <w:szCs w:val="24"/>
        </w:rPr>
        <w:t>SUB: Application for admitting as member of fund.</w:t>
      </w:r>
    </w:p>
    <w:p w:rsidR="006F794A" w:rsidRPr="006F794A" w:rsidRDefault="006F794A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Sir,</w:t>
      </w:r>
    </w:p>
    <w:p w:rsidR="006F794A" w:rsidRPr="006F794A" w:rsidRDefault="006F794A" w:rsidP="00F218BE">
      <w:pPr>
        <w:spacing w:after="0"/>
        <w:ind w:firstLine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I have been enrolled as an Advocate by the Bar Council of Rajasthan on 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____________ dated with ____________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>Enrolment No. R/____________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>I have been admitted as member of The Bar Association, Jaipur on dated ____________ with Membership No. ____________.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>I desire to be admitted as member and beneficiary of The Bar Association Jaipur Advocates Welfare Fund Society and depositing Rs.200/- as registration fee and Rs.5100/2100/200/150/100 as Special / Life / Annual Fee Fund.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>I have gone through the constitution and rules of the Society and shall abide by the rules and directions issued by the Society from time to time.</w:t>
      </w:r>
    </w:p>
    <w:p w:rsidR="006F794A" w:rsidRPr="006F794A" w:rsidRDefault="006F794A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Please </w:t>
      </w:r>
      <w:proofErr w:type="spellStart"/>
      <w:r w:rsidRPr="006F794A">
        <w:rPr>
          <w:rFonts w:eastAsiaTheme="majorEastAsia" w:cs="Times New Roman"/>
          <w:color w:val="000000" w:themeColor="text1"/>
          <w:sz w:val="24"/>
          <w:szCs w:val="24"/>
        </w:rPr>
        <w:t>enrol</w:t>
      </w:r>
      <w:proofErr w:type="spellEnd"/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 me as member of the above fund and oblige.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I submit my particulars as </w:t>
      </w:r>
      <w:proofErr w:type="gramStart"/>
      <w:r w:rsidRPr="006F794A">
        <w:rPr>
          <w:rFonts w:eastAsiaTheme="majorEastAsia" w:cs="Times New Roman"/>
          <w:color w:val="000000" w:themeColor="text1"/>
          <w:sz w:val="24"/>
          <w:szCs w:val="24"/>
        </w:rPr>
        <w:t>follows :</w:t>
      </w:r>
      <w:proofErr w:type="gramEnd"/>
      <w:r w:rsidRPr="006F794A">
        <w:rPr>
          <w:rFonts w:eastAsiaTheme="majorEastAsia" w:cs="Times New Roman"/>
          <w:color w:val="000000" w:themeColor="text1"/>
          <w:sz w:val="24"/>
          <w:szCs w:val="24"/>
        </w:rPr>
        <w:t>-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1. Name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2. Father's Name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3. Date of Birth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4. Address, Phone &amp; Mobile No.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6F794A" w:rsidRPr="006F794A" w:rsidRDefault="006F794A" w:rsidP="00F218BE">
      <w:pPr>
        <w:spacing w:after="0" w:line="360" w:lineRule="auto"/>
        <w:ind w:firstLine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Permanent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6F794A" w:rsidRPr="006F794A" w:rsidRDefault="006F794A" w:rsidP="00F218BE">
      <w:pPr>
        <w:spacing w:after="0" w:line="360" w:lineRule="auto"/>
        <w:ind w:firstLine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Present (Local)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5. Place of sitting in Court premises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6. Date since practicing as Advocate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7. Particulars of Nomination</w:t>
      </w:r>
    </w:p>
    <w:p w:rsidR="006F794A" w:rsidRPr="006F794A" w:rsidRDefault="00331E80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>
        <w:rPr>
          <w:rFonts w:eastAsiaTheme="majorEastAsia" w:cs="Times New Roman"/>
          <w:color w:val="000000" w:themeColor="text1"/>
          <w:sz w:val="24"/>
          <w:szCs w:val="24"/>
        </w:rPr>
        <w:t xml:space="preserve">       </w:t>
      </w:r>
      <w:r w:rsidR="006F794A" w:rsidRPr="006F794A">
        <w:rPr>
          <w:rFonts w:eastAsiaTheme="majorEastAsia" w:cs="Times New Roman"/>
          <w:color w:val="000000" w:themeColor="text1"/>
          <w:sz w:val="24"/>
          <w:szCs w:val="24"/>
        </w:rPr>
        <w:t>(a) Name and age of the Nominee</w:t>
      </w:r>
      <w:r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</w:t>
      </w:r>
    </w:p>
    <w:p w:rsidR="006F794A" w:rsidRPr="006F794A" w:rsidRDefault="00331E80" w:rsidP="00F218BE">
      <w:pPr>
        <w:tabs>
          <w:tab w:val="left" w:pos="3735"/>
        </w:tabs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>
        <w:rPr>
          <w:rFonts w:eastAsiaTheme="majorEastAsia" w:cs="Times New Roman"/>
          <w:color w:val="000000" w:themeColor="text1"/>
          <w:sz w:val="24"/>
          <w:szCs w:val="24"/>
        </w:rPr>
        <w:t xml:space="preserve">       </w:t>
      </w:r>
      <w:r w:rsidR="006F794A" w:rsidRPr="006F794A">
        <w:rPr>
          <w:rFonts w:eastAsiaTheme="majorEastAsia" w:cs="Times New Roman"/>
          <w:color w:val="000000" w:themeColor="text1"/>
          <w:sz w:val="24"/>
          <w:szCs w:val="24"/>
        </w:rPr>
        <w:t>(b)</w:t>
      </w:r>
      <w:r w:rsidRPr="00331E80"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>Relationship</w:t>
      </w:r>
      <w:r>
        <w:rPr>
          <w:rFonts w:eastAsiaTheme="majorEastAsia" w:cs="Times New Roman"/>
          <w:color w:val="000000" w:themeColor="text1"/>
          <w:sz w:val="24"/>
          <w:szCs w:val="24"/>
        </w:rPr>
        <w:tab/>
      </w:r>
      <w:r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</w:t>
      </w:r>
    </w:p>
    <w:p w:rsidR="006F794A" w:rsidRPr="006F794A" w:rsidRDefault="00331E80" w:rsidP="00F218BE">
      <w:pPr>
        <w:tabs>
          <w:tab w:val="left" w:pos="3735"/>
        </w:tabs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>
        <w:rPr>
          <w:rFonts w:eastAsiaTheme="majorEastAsia" w:cs="Times New Roman"/>
          <w:color w:val="000000" w:themeColor="text1"/>
          <w:sz w:val="24"/>
          <w:szCs w:val="24"/>
        </w:rPr>
        <w:t xml:space="preserve">       </w:t>
      </w:r>
      <w:r w:rsidR="006F794A" w:rsidRPr="006F794A">
        <w:rPr>
          <w:rFonts w:eastAsiaTheme="majorEastAsia" w:cs="Times New Roman"/>
          <w:color w:val="000000" w:themeColor="text1"/>
          <w:sz w:val="24"/>
          <w:szCs w:val="24"/>
        </w:rPr>
        <w:t>(c) Address</w:t>
      </w:r>
      <w:r>
        <w:rPr>
          <w:rFonts w:eastAsiaTheme="majorEastAsia" w:cs="Times New Roman"/>
          <w:color w:val="000000" w:themeColor="text1"/>
          <w:sz w:val="24"/>
          <w:szCs w:val="24"/>
        </w:rPr>
        <w:tab/>
      </w:r>
      <w:r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</w:t>
      </w:r>
    </w:p>
    <w:p w:rsidR="006F794A" w:rsidRPr="006F794A" w:rsidRDefault="00331E80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>
        <w:rPr>
          <w:rFonts w:eastAsiaTheme="majorEastAsia" w:cs="Times New Roman"/>
          <w:color w:val="000000" w:themeColor="text1"/>
          <w:sz w:val="24"/>
          <w:szCs w:val="24"/>
        </w:rPr>
        <w:t xml:space="preserve">      </w:t>
      </w:r>
      <w:r w:rsidR="006F794A"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(d) Name of other legal heirs of </w:t>
      </w:r>
      <w:proofErr w:type="spellStart"/>
      <w:r w:rsidR="006F794A" w:rsidRPr="006F794A">
        <w:rPr>
          <w:rFonts w:eastAsiaTheme="majorEastAsia" w:cs="Times New Roman"/>
          <w:color w:val="000000" w:themeColor="text1"/>
          <w:sz w:val="24"/>
          <w:szCs w:val="24"/>
        </w:rPr>
        <w:t>Ist</w:t>
      </w:r>
      <w:proofErr w:type="spellEnd"/>
      <w:r w:rsidR="006F794A"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 Class category as per succession law</w:t>
      </w:r>
    </w:p>
    <w:p w:rsidR="006F794A" w:rsidRDefault="00331E80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>
        <w:rPr>
          <w:rFonts w:eastAsiaTheme="majorEastAsia" w:cs="Times New Roman"/>
          <w:color w:val="000000" w:themeColor="text1"/>
          <w:sz w:val="24"/>
          <w:szCs w:val="24"/>
        </w:rPr>
        <w:tab/>
      </w:r>
      <w:r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</w:t>
      </w:r>
      <w:r w:rsidRPr="00331E80"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</w:t>
      </w:r>
    </w:p>
    <w:p w:rsidR="00331E80" w:rsidRPr="006F794A" w:rsidRDefault="00331E80" w:rsidP="00F218BE">
      <w:pPr>
        <w:spacing w:after="0" w:line="360" w:lineRule="auto"/>
        <w:ind w:left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</w:t>
      </w:r>
      <w:r w:rsidRPr="00331E80"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(If there is more than one nominee, please specify the amount or share payable to each of them as to cover whole of amount payable.)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Date ____________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Place ____________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  <w:t>Signature with name</w:t>
      </w:r>
    </w:p>
    <w:p w:rsidR="006F794A" w:rsidRPr="006F794A" w:rsidRDefault="006F794A" w:rsidP="00F218BE">
      <w:pPr>
        <w:spacing w:after="0" w:line="360" w:lineRule="auto"/>
        <w:jc w:val="center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DECLARATION</w:t>
      </w:r>
    </w:p>
    <w:p w:rsidR="00331E80" w:rsidRDefault="006F794A" w:rsidP="00F218BE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331E80">
        <w:rPr>
          <w:rFonts w:eastAsiaTheme="majorEastAsia" w:cs="Times New Roman"/>
          <w:color w:val="000000" w:themeColor="text1"/>
          <w:sz w:val="24"/>
          <w:szCs w:val="24"/>
        </w:rPr>
        <w:t>I hereby declare that the above particulars are true to my personal knowledge.</w:t>
      </w:r>
    </w:p>
    <w:p w:rsidR="00331E80" w:rsidRDefault="006F794A" w:rsidP="00F218BE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331E80">
        <w:rPr>
          <w:rFonts w:eastAsiaTheme="majorEastAsia" w:cs="Times New Roman"/>
          <w:color w:val="000000" w:themeColor="text1"/>
          <w:sz w:val="24"/>
          <w:szCs w:val="24"/>
        </w:rPr>
        <w:t>I hereby undertake to abide with the provisions of constitution of Society, directions etc. made thereunder by the Committee.</w:t>
      </w:r>
    </w:p>
    <w:p w:rsidR="00331E80" w:rsidRDefault="006F794A" w:rsidP="00F218BE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331E80">
        <w:rPr>
          <w:rFonts w:eastAsiaTheme="majorEastAsia" w:cs="Times New Roman"/>
          <w:color w:val="000000" w:themeColor="text1"/>
          <w:sz w:val="24"/>
          <w:szCs w:val="24"/>
        </w:rPr>
        <w:t>I hereby undertake to pay annual subscription on or before 1st April every year and I am aware that my membership and benefits will be cancelled on account of non-payment of annual subscription.</w:t>
      </w:r>
    </w:p>
    <w:p w:rsidR="006F794A" w:rsidRPr="00331E80" w:rsidRDefault="006F794A" w:rsidP="00F218BE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331E80">
        <w:rPr>
          <w:rFonts w:eastAsiaTheme="majorEastAsia" w:cs="Times New Roman"/>
          <w:color w:val="000000" w:themeColor="text1"/>
          <w:sz w:val="24"/>
          <w:szCs w:val="24"/>
        </w:rPr>
        <w:t>That I am not suffering at the time of admission with any incurable disease.</w:t>
      </w:r>
    </w:p>
    <w:p w:rsidR="00331E80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Date ____________</w:t>
      </w:r>
      <w:r w:rsidR="00331E80" w:rsidRPr="00331E80"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 w:rsidRPr="006F794A">
        <w:rPr>
          <w:rFonts w:eastAsiaTheme="majorEastAsia" w:cs="Times New Roman"/>
          <w:color w:val="000000" w:themeColor="text1"/>
          <w:sz w:val="24"/>
          <w:szCs w:val="24"/>
        </w:rPr>
        <w:t>Signature with Name</w:t>
      </w:r>
    </w:p>
    <w:p w:rsidR="006F794A" w:rsidRPr="006F794A" w:rsidRDefault="006F794A" w:rsidP="00F218BE">
      <w:pPr>
        <w:spacing w:after="0" w:line="360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Place ____________</w:t>
      </w:r>
    </w:p>
    <w:p w:rsidR="006F794A" w:rsidRPr="006F794A" w:rsidRDefault="006F794A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:rsidR="00331E80" w:rsidRDefault="00331E80" w:rsidP="00F218BE">
      <w:pPr>
        <w:rPr>
          <w:rFonts w:eastAsiaTheme="majorEastAsia" w:cs="Times New Roman"/>
          <w:color w:val="000000" w:themeColor="text1"/>
          <w:sz w:val="24"/>
          <w:szCs w:val="24"/>
        </w:rPr>
      </w:pPr>
      <w:r>
        <w:rPr>
          <w:rFonts w:eastAsiaTheme="majorEastAsia" w:cs="Times New Roman"/>
          <w:color w:val="000000" w:themeColor="text1"/>
          <w:sz w:val="24"/>
          <w:szCs w:val="24"/>
        </w:rPr>
        <w:br w:type="page"/>
      </w:r>
    </w:p>
    <w:p w:rsidR="00331E80" w:rsidRPr="007B5E38" w:rsidRDefault="00331E80" w:rsidP="00F218BE">
      <w:pPr>
        <w:spacing w:after="0"/>
        <w:jc w:val="center"/>
        <w:rPr>
          <w:rFonts w:eastAsiaTheme="majorEastAsia" w:cs="Times New Roman"/>
          <w:b/>
          <w:bCs/>
          <w:color w:val="000000" w:themeColor="text1"/>
          <w:sz w:val="36"/>
          <w:szCs w:val="36"/>
        </w:rPr>
      </w:pPr>
      <w:r w:rsidRPr="007B5E38">
        <w:rPr>
          <w:rFonts w:eastAsiaTheme="majorEastAsia" w:cs="Times New Roman"/>
          <w:b/>
          <w:bCs/>
          <w:color w:val="000000" w:themeColor="text1"/>
          <w:sz w:val="36"/>
          <w:szCs w:val="36"/>
        </w:rPr>
        <w:lastRenderedPageBreak/>
        <w:t>THE BAR ASSOCIATION BAGRU</w:t>
      </w:r>
    </w:p>
    <w:p w:rsidR="00331E80" w:rsidRPr="006F794A" w:rsidRDefault="00331E80" w:rsidP="00F218BE">
      <w:pPr>
        <w:spacing w:after="0"/>
        <w:jc w:val="center"/>
        <w:rPr>
          <w:rFonts w:eastAsiaTheme="majorEastAsia" w:cs="Times New Roman"/>
          <w:b/>
          <w:bCs/>
          <w:color w:val="000000" w:themeColor="text1"/>
          <w:sz w:val="24"/>
          <w:szCs w:val="24"/>
        </w:rPr>
      </w:pPr>
      <w:r>
        <w:rPr>
          <w:rFonts w:eastAsiaTheme="majorEastAsia" w:cs="Times New Roman"/>
          <w:b/>
          <w:bCs/>
          <w:color w:val="000000" w:themeColor="text1"/>
          <w:sz w:val="24"/>
          <w:szCs w:val="24"/>
        </w:rPr>
        <w:t>COURT COMPLEX BAGRU, JAIPUR</w:t>
      </w:r>
    </w:p>
    <w:p w:rsidR="006F794A" w:rsidRPr="006F794A" w:rsidRDefault="00331E80" w:rsidP="00F218BE">
      <w:pPr>
        <w:spacing w:after="0"/>
        <w:ind w:right="-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>
        <w:rPr>
          <w:rFonts w:eastAsiaTheme="majorEastAsia" w:cs="Times New Roman"/>
          <w:color w:val="000000" w:themeColor="text1"/>
          <w:sz w:val="24"/>
          <w:szCs w:val="24"/>
        </w:rPr>
        <w:t>(</w:t>
      </w:r>
      <w:r w:rsidR="006F794A" w:rsidRPr="006F794A">
        <w:rPr>
          <w:rFonts w:eastAsiaTheme="majorEastAsia" w:cs="Times New Roman"/>
          <w:color w:val="000000" w:themeColor="text1"/>
          <w:sz w:val="24"/>
          <w:szCs w:val="24"/>
        </w:rPr>
        <w:t>APPLICATION FORM FOR DIGITAL IDENTIFICATION CARD CUM PROCESS NOTE</w:t>
      </w:r>
      <w:r>
        <w:rPr>
          <w:rFonts w:eastAsiaTheme="majorEastAsia" w:cs="Times New Roman"/>
          <w:color w:val="000000" w:themeColor="text1"/>
          <w:sz w:val="24"/>
          <w:szCs w:val="24"/>
        </w:rPr>
        <w:t>)</w:t>
      </w:r>
    </w:p>
    <w:p w:rsidR="00331E80" w:rsidRDefault="00331E80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:rsidR="006F794A" w:rsidRPr="006F794A" w:rsidRDefault="006F794A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To,</w:t>
      </w:r>
    </w:p>
    <w:p w:rsidR="006F794A" w:rsidRPr="006F794A" w:rsidRDefault="006F794A" w:rsidP="00F218BE">
      <w:pPr>
        <w:spacing w:after="0"/>
        <w:ind w:left="720" w:firstLine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The General Secretary,</w:t>
      </w:r>
    </w:p>
    <w:p w:rsidR="006F794A" w:rsidRPr="006F794A" w:rsidRDefault="006F794A" w:rsidP="00F218BE">
      <w:pPr>
        <w:spacing w:after="0"/>
        <w:ind w:left="720" w:firstLine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The Advocate's Bar Association,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F794A">
        <w:rPr>
          <w:rFonts w:eastAsiaTheme="majorEastAsia" w:cs="Times New Roman"/>
          <w:color w:val="000000" w:themeColor="text1"/>
          <w:sz w:val="24"/>
          <w:szCs w:val="24"/>
        </w:rPr>
        <w:t>Bagru</w:t>
      </w:r>
      <w:proofErr w:type="spellEnd"/>
    </w:p>
    <w:p w:rsidR="006F794A" w:rsidRPr="006F794A" w:rsidRDefault="006F794A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Dear Sir,</w:t>
      </w:r>
    </w:p>
    <w:p w:rsidR="006F794A" w:rsidRPr="006F794A" w:rsidRDefault="006F794A" w:rsidP="00F218BE">
      <w:pPr>
        <w:spacing w:after="0"/>
        <w:ind w:firstLine="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I have been enrolled as an Advocate </w:t>
      </w:r>
      <w:r w:rsidR="00331E80" w:rsidRPr="006F794A">
        <w:rPr>
          <w:rFonts w:eastAsiaTheme="majorEastAsia" w:cs="Times New Roman"/>
          <w:color w:val="000000" w:themeColor="text1"/>
          <w:sz w:val="24"/>
          <w:szCs w:val="24"/>
        </w:rPr>
        <w:t>__________________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>in the Bar Council of Rajasthan.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>My Enrolment Number is ____________________.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I desire to be enrolled as a member of The Advocate's Bar Association, </w:t>
      </w:r>
      <w:proofErr w:type="spellStart"/>
      <w:r w:rsidRPr="006F794A">
        <w:rPr>
          <w:rFonts w:eastAsiaTheme="majorEastAsia" w:cs="Times New Roman"/>
          <w:color w:val="000000" w:themeColor="text1"/>
          <w:sz w:val="24"/>
          <w:szCs w:val="24"/>
        </w:rPr>
        <w:t>Bagru</w:t>
      </w:r>
      <w:proofErr w:type="spellEnd"/>
      <w:r w:rsidRPr="006F794A">
        <w:rPr>
          <w:rFonts w:eastAsiaTheme="majorEastAsia" w:cs="Times New Roman"/>
          <w:color w:val="000000" w:themeColor="text1"/>
          <w:sz w:val="24"/>
          <w:szCs w:val="24"/>
        </w:rPr>
        <w:t>.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I am depositing herewith </w:t>
      </w:r>
      <w:proofErr w:type="spellStart"/>
      <w:proofErr w:type="gramStart"/>
      <w:r w:rsidRPr="006F794A">
        <w:rPr>
          <w:rFonts w:eastAsiaTheme="majorEastAsia" w:cs="Times New Roman"/>
          <w:color w:val="000000" w:themeColor="text1"/>
          <w:sz w:val="24"/>
          <w:szCs w:val="24"/>
        </w:rPr>
        <w:t>Rs</w:t>
      </w:r>
      <w:proofErr w:type="spellEnd"/>
      <w:r w:rsidRPr="006F794A">
        <w:rPr>
          <w:rFonts w:eastAsiaTheme="majorEastAsia" w:cs="Times New Roman"/>
          <w:color w:val="000000" w:themeColor="text1"/>
          <w:sz w:val="24"/>
          <w:szCs w:val="24"/>
        </w:rPr>
        <w:t>._</w:t>
      </w:r>
      <w:proofErr w:type="gramEnd"/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_______ as admission fee and </w:t>
      </w:r>
      <w:proofErr w:type="spellStart"/>
      <w:r w:rsidRPr="006F794A">
        <w:rPr>
          <w:rFonts w:eastAsiaTheme="majorEastAsia" w:cs="Times New Roman"/>
          <w:color w:val="000000" w:themeColor="text1"/>
          <w:sz w:val="24"/>
          <w:szCs w:val="24"/>
        </w:rPr>
        <w:t>Rs</w:t>
      </w:r>
      <w:proofErr w:type="spellEnd"/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.________ Library Fee &amp; </w:t>
      </w:r>
      <w:proofErr w:type="spellStart"/>
      <w:r w:rsidRPr="006F794A">
        <w:rPr>
          <w:rFonts w:eastAsiaTheme="majorEastAsia" w:cs="Times New Roman"/>
          <w:color w:val="000000" w:themeColor="text1"/>
          <w:sz w:val="24"/>
          <w:szCs w:val="24"/>
        </w:rPr>
        <w:t>Rs</w:t>
      </w:r>
      <w:proofErr w:type="spellEnd"/>
      <w:r w:rsidRPr="006F794A">
        <w:rPr>
          <w:rFonts w:eastAsiaTheme="majorEastAsia" w:cs="Times New Roman"/>
          <w:color w:val="000000" w:themeColor="text1"/>
          <w:sz w:val="24"/>
          <w:szCs w:val="24"/>
        </w:rPr>
        <w:t>.________ monthly subscription of regular membership fees.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I have read the bye-laws and rules of The Advocate's Bar Association, </w:t>
      </w:r>
      <w:proofErr w:type="spellStart"/>
      <w:r w:rsidRPr="006F794A">
        <w:rPr>
          <w:rFonts w:eastAsiaTheme="majorEastAsia" w:cs="Times New Roman"/>
          <w:color w:val="000000" w:themeColor="text1"/>
          <w:sz w:val="24"/>
          <w:szCs w:val="24"/>
        </w:rPr>
        <w:t>Bagru</w:t>
      </w:r>
      <w:proofErr w:type="spellEnd"/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 and do hereby declare that I shall abide by the same.</w:t>
      </w:r>
    </w:p>
    <w:p w:rsidR="006F794A" w:rsidRPr="006F794A" w:rsidRDefault="006F794A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:rsidR="006F794A" w:rsidRPr="006F794A" w:rsidRDefault="00331E80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>
        <w:rPr>
          <w:rFonts w:eastAsiaTheme="majorEastAsia" w:cs="Times New Roman"/>
          <w:color w:val="000000" w:themeColor="text1"/>
          <w:sz w:val="24"/>
          <w:szCs w:val="24"/>
        </w:rPr>
        <w:t xml:space="preserve">NAME </w:t>
      </w:r>
      <w:r w:rsidR="006F794A"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FIRST </w:t>
      </w:r>
      <w:r>
        <w:rPr>
          <w:rFonts w:eastAsiaTheme="majorEastAsia" w:cs="Times New Roman"/>
          <w:color w:val="000000" w:themeColor="text1"/>
          <w:sz w:val="24"/>
          <w:szCs w:val="24"/>
        </w:rPr>
        <w:t xml:space="preserve">  .................................</w:t>
      </w:r>
      <w:r>
        <w:rPr>
          <w:rFonts w:eastAsiaTheme="majorEastAsia" w:cs="Times New Roman"/>
          <w:color w:val="000000" w:themeColor="text1"/>
          <w:sz w:val="24"/>
          <w:szCs w:val="24"/>
        </w:rPr>
        <w:tab/>
        <w:t xml:space="preserve">  </w:t>
      </w:r>
      <w:r w:rsidR="006F794A" w:rsidRPr="006F794A">
        <w:rPr>
          <w:rFonts w:eastAsiaTheme="majorEastAsia" w:cs="Times New Roman"/>
          <w:color w:val="000000" w:themeColor="text1"/>
          <w:sz w:val="24"/>
          <w:szCs w:val="24"/>
        </w:rPr>
        <w:t>MIDDLE</w:t>
      </w:r>
      <w:r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>
        <w:rPr>
          <w:rFonts w:eastAsiaTheme="majorEastAsia" w:cs="Times New Roman"/>
          <w:color w:val="000000" w:themeColor="text1"/>
          <w:sz w:val="24"/>
          <w:szCs w:val="24"/>
        </w:rPr>
        <w:t>...........................</w:t>
      </w:r>
      <w:r>
        <w:rPr>
          <w:rFonts w:eastAsiaTheme="majorEastAsia" w:cs="Times New Roman"/>
          <w:color w:val="000000" w:themeColor="text1"/>
          <w:sz w:val="24"/>
          <w:szCs w:val="24"/>
        </w:rPr>
        <w:t xml:space="preserve"> LAST </w:t>
      </w:r>
      <w:r>
        <w:rPr>
          <w:rFonts w:eastAsiaTheme="majorEastAsia" w:cs="Times New Roman"/>
          <w:color w:val="000000" w:themeColor="text1"/>
          <w:sz w:val="24"/>
          <w:szCs w:val="24"/>
        </w:rPr>
        <w:t>..........................</w:t>
      </w:r>
    </w:p>
    <w:p w:rsidR="006F794A" w:rsidRPr="006F794A" w:rsidRDefault="006F794A" w:rsidP="00F218BE">
      <w:pPr>
        <w:spacing w:after="0"/>
        <w:ind w:right="-72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FATHER'S NAME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..................................................................................................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</w:p>
    <w:p w:rsidR="006F794A" w:rsidRPr="006F794A" w:rsidRDefault="006F794A" w:rsidP="00F218BE">
      <w:pPr>
        <w:spacing w:after="0"/>
        <w:ind w:right="-90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MOTHER'S NAME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............................................................................................</w:t>
      </w:r>
    </w:p>
    <w:p w:rsidR="006F794A" w:rsidRPr="006F794A" w:rsidRDefault="006F794A" w:rsidP="00F218BE">
      <w:pPr>
        <w:spacing w:after="0"/>
        <w:ind w:right="-90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SPOUSE NAME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............................................................................................</w:t>
      </w:r>
    </w:p>
    <w:p w:rsidR="006F794A" w:rsidRPr="006F794A" w:rsidRDefault="006F794A" w:rsidP="00F218BE">
      <w:pPr>
        <w:spacing w:after="0"/>
        <w:ind w:right="-90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DATE OF BIRTH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............................................................................................</w:t>
      </w:r>
    </w:p>
    <w:p w:rsidR="006F794A" w:rsidRPr="006F794A" w:rsidRDefault="006F794A" w:rsidP="00F218BE">
      <w:pPr>
        <w:spacing w:after="0"/>
        <w:ind w:right="-90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ENROLLMENT NO.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............................................................................................</w:t>
      </w:r>
    </w:p>
    <w:p w:rsidR="006F794A" w:rsidRDefault="006F794A" w:rsidP="00F218BE">
      <w:pPr>
        <w:spacing w:after="0"/>
        <w:ind w:right="-90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ADDRESS (HOME)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............................................................................................</w:t>
      </w:r>
    </w:p>
    <w:p w:rsidR="00331E80" w:rsidRPr="006F794A" w:rsidRDefault="00331E80" w:rsidP="00F218BE">
      <w:pPr>
        <w:spacing w:after="0"/>
        <w:ind w:right="-90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>
        <w:rPr>
          <w:rFonts w:eastAsiaTheme="majorEastAsia" w:cs="Times New Roman"/>
          <w:color w:val="000000" w:themeColor="text1"/>
          <w:sz w:val="24"/>
          <w:szCs w:val="24"/>
        </w:rPr>
        <w:tab/>
      </w:r>
      <w:r>
        <w:rPr>
          <w:rFonts w:eastAsiaTheme="majorEastAsia" w:cs="Times New Roman"/>
          <w:color w:val="000000" w:themeColor="text1"/>
          <w:sz w:val="24"/>
          <w:szCs w:val="24"/>
        </w:rPr>
        <w:tab/>
      </w:r>
      <w:r>
        <w:rPr>
          <w:rFonts w:eastAsiaTheme="majorEastAsia" w:cs="Times New Roman"/>
          <w:color w:val="000000" w:themeColor="text1"/>
          <w:sz w:val="24"/>
          <w:szCs w:val="24"/>
        </w:rPr>
        <w:tab/>
      </w:r>
      <w:r>
        <w:rPr>
          <w:rFonts w:eastAsiaTheme="majorEastAsia" w:cs="Times New Roman"/>
          <w:color w:val="000000" w:themeColor="text1"/>
          <w:sz w:val="24"/>
          <w:szCs w:val="24"/>
        </w:rPr>
        <w:tab/>
      </w:r>
      <w:r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............................................................................................</w:t>
      </w:r>
    </w:p>
    <w:p w:rsidR="006F794A" w:rsidRDefault="006F794A" w:rsidP="00F218BE">
      <w:pPr>
        <w:spacing w:after="0"/>
        <w:ind w:right="-90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ADDRESS (OFFICE)</w:t>
      </w:r>
      <w:r w:rsidR="00331E80" w:rsidRPr="00331E80"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............................................................................................</w:t>
      </w:r>
    </w:p>
    <w:p w:rsidR="00331E80" w:rsidRPr="006F794A" w:rsidRDefault="00331E80" w:rsidP="00F218BE">
      <w:pPr>
        <w:spacing w:after="0"/>
        <w:ind w:right="-90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>
        <w:rPr>
          <w:rFonts w:eastAsiaTheme="majorEastAsia" w:cs="Times New Roman"/>
          <w:color w:val="000000" w:themeColor="text1"/>
          <w:sz w:val="24"/>
          <w:szCs w:val="24"/>
        </w:rPr>
        <w:tab/>
      </w:r>
      <w:r>
        <w:rPr>
          <w:rFonts w:eastAsiaTheme="majorEastAsia" w:cs="Times New Roman"/>
          <w:color w:val="000000" w:themeColor="text1"/>
          <w:sz w:val="24"/>
          <w:szCs w:val="24"/>
        </w:rPr>
        <w:tab/>
      </w:r>
      <w:r>
        <w:rPr>
          <w:rFonts w:eastAsiaTheme="majorEastAsia" w:cs="Times New Roman"/>
          <w:color w:val="000000" w:themeColor="text1"/>
          <w:sz w:val="24"/>
          <w:szCs w:val="24"/>
        </w:rPr>
        <w:tab/>
      </w:r>
      <w:r>
        <w:rPr>
          <w:rFonts w:eastAsiaTheme="majorEastAsia" w:cs="Times New Roman"/>
          <w:color w:val="000000" w:themeColor="text1"/>
          <w:sz w:val="24"/>
          <w:szCs w:val="24"/>
        </w:rPr>
        <w:tab/>
      </w:r>
      <w:r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............................................................................................</w:t>
      </w:r>
    </w:p>
    <w:p w:rsidR="006F794A" w:rsidRDefault="006F794A" w:rsidP="00F218BE">
      <w:pPr>
        <w:spacing w:after="0"/>
        <w:ind w:right="-90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AADHAAR CARD NO.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 xml:space="preserve">Photocopy </w:t>
      </w:r>
      <w:proofErr w:type="spellStart"/>
      <w:r w:rsidR="00331E80">
        <w:rPr>
          <w:rFonts w:eastAsiaTheme="majorEastAsia" w:cs="Times New Roman"/>
          <w:color w:val="000000" w:themeColor="text1"/>
          <w:sz w:val="24"/>
          <w:szCs w:val="24"/>
        </w:rPr>
        <w:t>Self Attested</w:t>
      </w:r>
      <w:proofErr w:type="spellEnd"/>
    </w:p>
    <w:p w:rsidR="006F794A" w:rsidRPr="006F794A" w:rsidRDefault="006F794A" w:rsidP="00F218BE">
      <w:pPr>
        <w:spacing w:after="0"/>
        <w:ind w:right="-90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VOTER ID CARD NO.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 xml:space="preserve">..................................................................Photocopy </w:t>
      </w:r>
      <w:proofErr w:type="spellStart"/>
      <w:r w:rsidR="00331E80">
        <w:rPr>
          <w:rFonts w:eastAsiaTheme="majorEastAsia" w:cs="Times New Roman"/>
          <w:color w:val="000000" w:themeColor="text1"/>
          <w:sz w:val="24"/>
          <w:szCs w:val="24"/>
        </w:rPr>
        <w:t>Self Attested</w:t>
      </w:r>
      <w:proofErr w:type="spellEnd"/>
    </w:p>
    <w:p w:rsidR="006F794A" w:rsidRPr="006F794A" w:rsidRDefault="006F794A" w:rsidP="00F218BE">
      <w:pPr>
        <w:spacing w:after="0"/>
        <w:ind w:right="-90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DRIVING LICENCE NO.</w:t>
      </w:r>
      <w:r w:rsidR="00331E80" w:rsidRPr="00331E80"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 xml:space="preserve">..................................................................Photocopy </w:t>
      </w:r>
      <w:proofErr w:type="spellStart"/>
      <w:r w:rsidR="00331E80">
        <w:rPr>
          <w:rFonts w:eastAsiaTheme="majorEastAsia" w:cs="Times New Roman"/>
          <w:color w:val="000000" w:themeColor="text1"/>
          <w:sz w:val="24"/>
          <w:szCs w:val="24"/>
        </w:rPr>
        <w:t>Self Attested</w:t>
      </w:r>
      <w:proofErr w:type="spellEnd"/>
    </w:p>
    <w:p w:rsidR="006F794A" w:rsidRPr="006F794A" w:rsidRDefault="006F794A" w:rsidP="00F218BE">
      <w:pPr>
        <w:spacing w:after="0"/>
        <w:ind w:right="-90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PASSPORT NO.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 xml:space="preserve">..................................................................Photocopy </w:t>
      </w:r>
      <w:proofErr w:type="spellStart"/>
      <w:r w:rsidR="00331E80">
        <w:rPr>
          <w:rFonts w:eastAsiaTheme="majorEastAsia" w:cs="Times New Roman"/>
          <w:color w:val="000000" w:themeColor="text1"/>
          <w:sz w:val="24"/>
          <w:szCs w:val="24"/>
        </w:rPr>
        <w:t>Self Attested</w:t>
      </w:r>
      <w:proofErr w:type="spellEnd"/>
    </w:p>
    <w:p w:rsidR="006F794A" w:rsidRDefault="006F794A" w:rsidP="00F218BE">
      <w:pPr>
        <w:spacing w:after="0"/>
        <w:ind w:right="-90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CONTACT NO.</w:t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</w:r>
      <w:r w:rsidR="00331E80">
        <w:rPr>
          <w:rFonts w:eastAsiaTheme="majorEastAsia" w:cs="Times New Roman"/>
          <w:color w:val="000000" w:themeColor="text1"/>
          <w:sz w:val="24"/>
          <w:szCs w:val="24"/>
        </w:rPr>
        <w:tab/>
        <w:t>Mob. ............................................. 2 Mob. .....................................</w:t>
      </w:r>
    </w:p>
    <w:p w:rsidR="00F218BE" w:rsidRPr="006F794A" w:rsidRDefault="00F218BE" w:rsidP="00F218BE">
      <w:pPr>
        <w:spacing w:after="0"/>
        <w:ind w:right="-90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>
        <w:rPr>
          <w:rFonts w:eastAsiaTheme="majorEastAsia" w:cs="Times New Roman"/>
          <w:color w:val="000000" w:themeColor="text1"/>
          <w:sz w:val="24"/>
          <w:szCs w:val="24"/>
        </w:rPr>
        <w:t>AEMERGENCY CONTACT NAME</w:t>
      </w:r>
      <w:r w:rsidRPr="006F794A">
        <w:rPr>
          <w:rFonts w:eastAsiaTheme="majorEastAsia" w:cs="Times New Roman"/>
          <w:color w:val="000000" w:themeColor="text1"/>
          <w:sz w:val="24"/>
          <w:szCs w:val="24"/>
        </w:rPr>
        <w:t>.</w:t>
      </w:r>
      <w:r>
        <w:rPr>
          <w:rFonts w:eastAsiaTheme="majorEastAsia" w:cs="Times New Roman"/>
          <w:color w:val="000000" w:themeColor="text1"/>
          <w:sz w:val="24"/>
          <w:szCs w:val="24"/>
        </w:rPr>
        <w:t>...</w:t>
      </w:r>
      <w:r>
        <w:rPr>
          <w:rFonts w:eastAsiaTheme="majorEastAsia" w:cs="Times New Roman"/>
          <w:color w:val="000000" w:themeColor="text1"/>
          <w:sz w:val="24"/>
          <w:szCs w:val="24"/>
        </w:rPr>
        <w:t>............................</w:t>
      </w:r>
      <w:r>
        <w:rPr>
          <w:rFonts w:eastAsiaTheme="majorEastAsia" w:cs="Times New Roman"/>
          <w:color w:val="000000" w:themeColor="text1"/>
          <w:sz w:val="24"/>
          <w:szCs w:val="24"/>
        </w:rPr>
        <w:t>.........</w:t>
      </w:r>
      <w:r>
        <w:rPr>
          <w:rFonts w:eastAsiaTheme="majorEastAsia" w:cs="Times New Roman"/>
          <w:color w:val="000000" w:themeColor="text1"/>
          <w:sz w:val="24"/>
          <w:szCs w:val="24"/>
        </w:rPr>
        <w:t>. 2 Mob. .....................................</w:t>
      </w:r>
    </w:p>
    <w:p w:rsidR="00F218BE" w:rsidRPr="006F794A" w:rsidRDefault="00F218BE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BLOOD GROUP</w:t>
      </w:r>
      <w:r>
        <w:rPr>
          <w:rFonts w:eastAsiaTheme="majorEastAsia" w:cs="Times New Roman"/>
          <w:color w:val="000000" w:themeColor="text1"/>
          <w:sz w:val="24"/>
          <w:szCs w:val="24"/>
        </w:rPr>
        <w:tab/>
      </w:r>
      <w:r>
        <w:rPr>
          <w:rFonts w:eastAsiaTheme="majorEastAsia" w:cs="Times New Roman"/>
          <w:color w:val="000000" w:themeColor="text1"/>
          <w:sz w:val="24"/>
          <w:szCs w:val="24"/>
        </w:rPr>
        <w:tab/>
      </w:r>
      <w:r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</w:t>
      </w:r>
    </w:p>
    <w:p w:rsidR="006F794A" w:rsidRPr="006F794A" w:rsidRDefault="00F218BE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>
        <w:rPr>
          <w:rFonts w:eastAsiaTheme="majorEastAsia" w:cs="Times New Roman"/>
          <w:noProof/>
          <w:color w:val="000000" w:themeColor="text1"/>
          <w:sz w:val="24"/>
          <w:szCs w:val="24"/>
          <w:lang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4811070</wp:posOffset>
                </wp:positionH>
                <wp:positionV relativeFrom="paragraph">
                  <wp:posOffset>10960</wp:posOffset>
                </wp:positionV>
                <wp:extent cx="1193606" cy="572372"/>
                <wp:effectExtent l="0" t="0" r="26035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606" cy="5723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18BE" w:rsidRDefault="00F218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8.8pt;margin-top:.85pt;width:94pt;height:4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" fillcolor="white [3201]" strokeweight=".5pt">
                <v:textbox>
                  <w:txbxContent>
                    <w:p w:rsidR="00F218BE" w:rsidRDefault="00F218BE"/>
                  </w:txbxContent>
                </v:textbox>
              </v:shape>
            </w:pict>
          </mc:Fallback>
        </mc:AlternateContent>
      </w:r>
      <w:r w:rsidR="006F794A" w:rsidRPr="006F794A">
        <w:rPr>
          <w:rFonts w:eastAsiaTheme="majorEastAsia" w:cs="Times New Roman"/>
          <w:color w:val="000000" w:themeColor="text1"/>
          <w:sz w:val="24"/>
          <w:szCs w:val="24"/>
        </w:rPr>
        <w:t>PAN CARD NO.</w:t>
      </w:r>
      <w:r>
        <w:rPr>
          <w:rFonts w:eastAsiaTheme="majorEastAsia" w:cs="Times New Roman"/>
          <w:color w:val="000000" w:themeColor="text1"/>
          <w:sz w:val="24"/>
          <w:szCs w:val="24"/>
        </w:rPr>
        <w:tab/>
      </w:r>
      <w:r>
        <w:rPr>
          <w:rFonts w:eastAsiaTheme="majorEastAsia" w:cs="Times New Roman"/>
          <w:color w:val="000000" w:themeColor="text1"/>
          <w:sz w:val="24"/>
          <w:szCs w:val="24"/>
        </w:rPr>
        <w:tab/>
      </w:r>
      <w:r>
        <w:rPr>
          <w:rFonts w:eastAsiaTheme="majorEastAsia" w:cs="Times New Roman"/>
          <w:color w:val="000000" w:themeColor="text1"/>
          <w:sz w:val="24"/>
          <w:szCs w:val="24"/>
        </w:rPr>
        <w:t>..................................................................</w:t>
      </w:r>
    </w:p>
    <w:p w:rsidR="006F794A" w:rsidRPr="006F794A" w:rsidRDefault="006F794A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:rsidR="006F794A" w:rsidRPr="006F794A" w:rsidRDefault="006F794A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:rsidR="00F218BE" w:rsidRDefault="00F218BE" w:rsidP="00F218BE">
      <w:pPr>
        <w:spacing w:after="0"/>
        <w:jc w:val="right"/>
        <w:rPr>
          <w:rFonts w:eastAsiaTheme="majorEastAsia" w:cs="Times New Roman"/>
          <w:color w:val="000000" w:themeColor="text1"/>
          <w:sz w:val="24"/>
          <w:szCs w:val="24"/>
        </w:rPr>
      </w:pPr>
    </w:p>
    <w:p w:rsidR="006F794A" w:rsidRPr="006F794A" w:rsidRDefault="006F794A" w:rsidP="00F218BE">
      <w:pPr>
        <w:spacing w:after="0"/>
        <w:ind w:right="-900"/>
        <w:jc w:val="right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SIGNATURE OF APPLICANT</w:t>
      </w:r>
    </w:p>
    <w:p w:rsidR="006F794A" w:rsidRPr="006F794A" w:rsidRDefault="006F794A" w:rsidP="00F218BE">
      <w:pPr>
        <w:spacing w:after="0"/>
        <w:ind w:right="-900"/>
        <w:jc w:val="right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(IN BOX ONLY)</w:t>
      </w:r>
    </w:p>
    <w:p w:rsidR="006F794A" w:rsidRPr="006F794A" w:rsidRDefault="006F794A" w:rsidP="00F218BE">
      <w:pPr>
        <w:spacing w:after="0"/>
        <w:jc w:val="right"/>
        <w:rPr>
          <w:rFonts w:eastAsiaTheme="majorEastAsia" w:cs="Times New Roman"/>
          <w:color w:val="000000" w:themeColor="text1"/>
          <w:sz w:val="24"/>
          <w:szCs w:val="24"/>
        </w:rPr>
      </w:pPr>
    </w:p>
    <w:p w:rsidR="006F794A" w:rsidRPr="006F794A" w:rsidRDefault="006F794A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We are </w:t>
      </w:r>
      <w:proofErr w:type="gramStart"/>
      <w:r w:rsidRPr="006F794A">
        <w:rPr>
          <w:rFonts w:eastAsiaTheme="majorEastAsia" w:cs="Times New Roman"/>
          <w:color w:val="000000" w:themeColor="text1"/>
          <w:sz w:val="24"/>
          <w:szCs w:val="24"/>
        </w:rPr>
        <w:t>declare</w:t>
      </w:r>
      <w:proofErr w:type="gramEnd"/>
      <w:r w:rsidRPr="006F794A">
        <w:rPr>
          <w:rFonts w:eastAsiaTheme="majorEastAsia" w:cs="Times New Roman"/>
          <w:color w:val="000000" w:themeColor="text1"/>
          <w:sz w:val="24"/>
          <w:szCs w:val="24"/>
        </w:rPr>
        <w:t xml:space="preserve"> that above mention applicant accepted as Life Member / General Member on basis of application form, Certificate of Advocate ID Proof, Photograph and Enrolment Fee Receipt / Any other Remark.</w:t>
      </w:r>
    </w:p>
    <w:p w:rsidR="006F794A" w:rsidRPr="006F794A" w:rsidRDefault="006F794A" w:rsidP="00F218BE">
      <w:pPr>
        <w:spacing w:after="0"/>
        <w:jc w:val="center"/>
        <w:rPr>
          <w:rFonts w:eastAsiaTheme="majorEastAsia" w:cs="Times New Roman"/>
          <w:color w:val="000000" w:themeColor="text1"/>
          <w:sz w:val="24"/>
          <w:szCs w:val="24"/>
        </w:rPr>
      </w:pPr>
      <w:r w:rsidRPr="006F794A">
        <w:rPr>
          <w:rFonts w:eastAsiaTheme="majorEastAsia" w:cs="Times New Roman"/>
          <w:color w:val="000000" w:themeColor="text1"/>
          <w:sz w:val="24"/>
          <w:szCs w:val="24"/>
        </w:rPr>
        <w:t>For Digital Identity Card and upload provided document.</w:t>
      </w:r>
    </w:p>
    <w:p w:rsidR="006F794A" w:rsidRPr="006F794A" w:rsidRDefault="006F794A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F218BE" w:rsidTr="00F218BE">
        <w:tc>
          <w:tcPr>
            <w:tcW w:w="4428" w:type="dxa"/>
          </w:tcPr>
          <w:p w:rsidR="00F218BE" w:rsidRPr="006F794A" w:rsidRDefault="00F218BE" w:rsidP="00F218BE">
            <w:pPr>
              <w:spacing w:line="276" w:lineRule="auto"/>
              <w:jc w:val="both"/>
              <w:rPr>
                <w:rFonts w:eastAsiaTheme="majorEastAsia" w:cs="Times New Roman"/>
                <w:color w:val="000000" w:themeColor="text1"/>
                <w:sz w:val="24"/>
                <w:szCs w:val="24"/>
              </w:rPr>
            </w:pPr>
            <w:r w:rsidRPr="006F794A"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>BHAWANI SINGH JAT</w:t>
            </w:r>
          </w:p>
          <w:p w:rsidR="00F218BE" w:rsidRDefault="00F218BE" w:rsidP="00F218BE">
            <w:pPr>
              <w:spacing w:line="276" w:lineRule="auto"/>
              <w:jc w:val="both"/>
              <w:rPr>
                <w:rFonts w:eastAsiaTheme="majorEastAsia" w:cs="Times New Roman"/>
                <w:color w:val="000000" w:themeColor="text1"/>
                <w:sz w:val="24"/>
                <w:szCs w:val="24"/>
              </w:rPr>
            </w:pPr>
            <w:r w:rsidRPr="006F794A"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>President</w:t>
            </w:r>
            <w:r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F794A"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>(Mob. 8505074732)</w:t>
            </w:r>
          </w:p>
        </w:tc>
        <w:tc>
          <w:tcPr>
            <w:tcW w:w="4428" w:type="dxa"/>
          </w:tcPr>
          <w:p w:rsidR="00F218BE" w:rsidRPr="006F794A" w:rsidRDefault="00F218BE" w:rsidP="00F218BE">
            <w:pPr>
              <w:spacing w:line="276" w:lineRule="auto"/>
              <w:jc w:val="right"/>
              <w:rPr>
                <w:rFonts w:eastAsiaTheme="majorEastAsia" w:cs="Times New Roman"/>
                <w:color w:val="000000" w:themeColor="text1"/>
                <w:sz w:val="24"/>
                <w:szCs w:val="24"/>
              </w:rPr>
            </w:pPr>
            <w:r w:rsidRPr="006F794A"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>KANHAIYA LAL YADAV</w:t>
            </w:r>
          </w:p>
          <w:p w:rsidR="00F218BE" w:rsidRDefault="00F218BE" w:rsidP="00F218BE">
            <w:pPr>
              <w:spacing w:line="276" w:lineRule="auto"/>
              <w:jc w:val="right"/>
              <w:rPr>
                <w:rFonts w:eastAsiaTheme="majorEastAsia" w:cs="Times New Roman"/>
                <w:color w:val="000000" w:themeColor="text1"/>
                <w:sz w:val="24"/>
                <w:szCs w:val="24"/>
              </w:rPr>
            </w:pPr>
            <w:r w:rsidRPr="006F794A"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>General Secretary</w:t>
            </w:r>
            <w:r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F794A">
              <w:rPr>
                <w:rFonts w:eastAsiaTheme="majorEastAsia" w:cs="Times New Roman"/>
                <w:color w:val="000000" w:themeColor="text1"/>
                <w:sz w:val="24"/>
                <w:szCs w:val="24"/>
              </w:rPr>
              <w:t>(Mob. 9829941721)</w:t>
            </w:r>
          </w:p>
        </w:tc>
      </w:tr>
    </w:tbl>
    <w:p w:rsidR="00F218BE" w:rsidRDefault="00F218BE" w:rsidP="00F218BE">
      <w:pPr>
        <w:spacing w:after="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:rsidR="006F794A" w:rsidRPr="00F218BE" w:rsidRDefault="006F794A" w:rsidP="00F218BE">
      <w:pPr>
        <w:spacing w:after="0"/>
        <w:jc w:val="both"/>
        <w:rPr>
          <w:rFonts w:eastAsiaTheme="majorEastAsia" w:cs="Times New Roman"/>
          <w:color w:val="000000" w:themeColor="text1"/>
        </w:rPr>
      </w:pPr>
      <w:r w:rsidRPr="00F218BE">
        <w:rPr>
          <w:rFonts w:eastAsiaTheme="majorEastAsia" w:cs="Times New Roman"/>
          <w:color w:val="000000" w:themeColor="text1"/>
        </w:rPr>
        <w:t>On basis of above mentioned details and provided document Digital Identity of Advocate.</w:t>
      </w:r>
    </w:p>
    <w:sectPr w:rsidR="006F794A" w:rsidRPr="00F218BE" w:rsidSect="00F218BE">
      <w:pgSz w:w="12240" w:h="20160" w:code="5"/>
      <w:pgMar w:top="720" w:right="1800" w:bottom="44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6BC1784"/>
    <w:multiLevelType w:val="hybridMultilevel"/>
    <w:tmpl w:val="10A4DA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1E80"/>
    <w:rsid w:val="006F794A"/>
    <w:rsid w:val="007B5E38"/>
    <w:rsid w:val="007C7050"/>
    <w:rsid w:val="009A7C62"/>
    <w:rsid w:val="00AA1D8D"/>
    <w:rsid w:val="00AA3468"/>
    <w:rsid w:val="00B47730"/>
    <w:rsid w:val="00CB0664"/>
    <w:rsid w:val="00F218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9C9E33"/>
  <w14:defaultImageDpi w14:val="300"/>
  <w15:docId w15:val="{39D5CFAB-0B29-D24C-99CE-E0F9A8E6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E80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189AAF-078D-4083-BC0A-6260D78E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ok</cp:lastModifiedBy>
  <cp:revision>2</cp:revision>
  <dcterms:created xsi:type="dcterms:W3CDTF">2026-06-29T02:58:00Z</dcterms:created>
  <dcterms:modified xsi:type="dcterms:W3CDTF">2026-06-29T02:58:00Z</dcterms:modified>
  <cp:category/>
</cp:coreProperties>
</file>